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david-mccullough-vocabulary-in-context"/>
    <w:p>
      <w:pPr>
        <w:pStyle w:val="Heading1"/>
      </w:pPr>
      <w:r>
        <w:rPr>
          <w:b/>
          <w:bCs/>
        </w:rPr>
        <w:t xml:space="preserve">1776</w:t>
      </w:r>
      <w:r>
        <w:br/>
      </w:r>
      <w:r>
        <w:rPr>
          <w:i/>
          <w:iCs/>
        </w:rPr>
        <w:t xml:space="preserve">David McCullough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Westminster people were packed solid, many having stood since morning, hoping for a glimpse of the King or some of the notables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</w:t>
      </w:r>
      <w:r>
        <w:rPr>
          <w:b/>
          <w:bCs/>
        </w:rPr>
        <w:t xml:space="preserve">.</w:t>
      </w:r>
      <w:r>
        <w:br/>
      </w:r>
      <w:r>
        <w:t xml:space="preserve">    (a) legislative assembly that passes laws (existing in some countries)</w:t>
      </w:r>
      <w:r>
        <w:br/>
      </w:r>
      <w:r>
        <w:t xml:space="preserve">    (b) someone who believes that all knowledge is derived from experience</w:t>
      </w:r>
      <w:r>
        <w:br/>
      </w:r>
      <w:r>
        <w:t xml:space="preserve">    (c) a place where conditions are kept as they were to protect wildlife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would trust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Providence</w:t>
      </w:r>
      <w:r>
        <w:rPr>
          <w:b/>
          <w:bCs/>
        </w:rPr>
        <w:t xml:space="preserve"> </w:t>
      </w:r>
      <w:r>
        <w:rPr>
          <w:b/>
          <w:bCs/>
        </w:rPr>
        <w:t xml:space="preserve">and his high sense of duty.</w:t>
      </w:r>
      <w:r>
        <w:br/>
      </w:r>
      <w:r>
        <w:t xml:space="preserve">    (a) a particular way of seeing or thinking about things</w:t>
      </w:r>
      <w:r>
        <w:br/>
      </w:r>
      <w:r>
        <w:t xml:space="preserve">    (b) collection of star systems held together by gravity</w:t>
      </w:r>
      <w:r>
        <w:br/>
      </w:r>
      <w:r>
        <w:t xml:space="preserve">    (c) resulting from God's intervention or plan; or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outcome at Bunker Hill became known in the last week of July, it only hardened the King's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.</w:t>
      </w:r>
      <w:r>
        <w:br/>
      </w:r>
      <w:r>
        <w:t xml:space="preserve">    (a) wrongly translating</w:t>
      </w:r>
      <w:r>
        <w:br/>
      </w:r>
      <w:r>
        <w:t xml:space="preserve">    (b) difficult situation</w:t>
      </w:r>
      <w:r>
        <w:br/>
      </w:r>
      <w:r>
        <w:t xml:space="preserve">    (c) firmness of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Philadelphia, Congress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that in the event General Washington found it necessary to withdraw from New York, there must be "no damage" done to the city, as Washington was informed in a letter from John Hancock.</w:t>
      </w:r>
      <w:r>
        <w:br/>
      </w:r>
      <w:r>
        <w:t xml:space="preserve">    (a) formally decided</w:t>
      </w:r>
      <w:r>
        <w:br/>
      </w:r>
      <w:r>
        <w:t xml:space="preserve">    (b) promised, guaranteed, or indicated certainty of something</w:t>
      </w:r>
      <w:r>
        <w:br/>
      </w:r>
      <w:r>
        <w:t xml:space="preserve">    (c) placed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was praised for his resolution to uphold the interests and honor of the kingdom, praised for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decisiveness</w:t>
      </w:r>
      <w:r>
        <w:rPr>
          <w:b/>
          <w:bCs/>
        </w:rPr>
        <w:t xml:space="preserve">.</w:t>
      </w:r>
      <w:r>
        <w:br/>
      </w:r>
      <w:r>
        <w:t xml:space="preserve">    (a) the quality of making quick decisions and sticking by them</w:t>
      </w:r>
      <w:r>
        <w:br/>
      </w:r>
      <w:r>
        <w:t xml:space="preserve">    (b) influenced by personal belief, feelings, or preferences (rather than being based purely upon fact)</w:t>
      </w:r>
      <w:r>
        <w:br/>
      </w:r>
      <w:r>
        <w:t xml:space="preserve">    (c) the state or quality of expressing or displaying sexual activity or violence with detailed clarity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as resounding as the British victory had been, it was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</w:t>
      </w:r>
      <w:r>
        <w:rPr>
          <w:b/>
          <w:bCs/>
        </w:rPr>
        <w:t xml:space="preserve"> </w:t>
      </w:r>
      <w:r>
        <w:rPr>
          <w:b/>
          <w:bCs/>
        </w:rPr>
        <w:t xml:space="preserve">victory.</w:t>
      </w:r>
      <w:r>
        <w:br/>
      </w:r>
      <w:r>
        <w:t xml:space="preserve">    (a) conclusive in settling a matter</w:t>
      </w:r>
      <w:r>
        <w:br/>
      </w:r>
      <w:r>
        <w:t xml:space="preserve">    (b) able to be persuaded to do something by tempting with pleasure or something desired</w:t>
      </w:r>
      <w:r>
        <w:br/>
      </w:r>
      <w:r>
        <w:t xml:space="preserve">    (c) relating to one-sided information that is purposefully spread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power of the empire would be "exerted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utmost</w:t>
      </w:r>
      <w:r>
        <w:rPr>
          <w:b/>
          <w:bCs/>
        </w:rPr>
        <w:t xml:space="preserve">," he wrote.</w:t>
      </w:r>
      <w:r>
        <w:br/>
      </w:r>
      <w:r>
        <w:t xml:space="preserve">    (a) greatest</w:t>
      </w:r>
      <w:r>
        <w:br/>
      </w:r>
      <w:r>
        <w:t xml:space="preserve">    (b) not real</w:t>
      </w:r>
      <w:r>
        <w:br/>
      </w:r>
      <w:r>
        <w:t xml:space="preserve">    (c) allowing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defects were perceived to be a certain "nervous temperament" and susceptibility to poor health,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impetuousness</w:t>
      </w:r>
      <w:r>
        <w:rPr>
          <w:b/>
          <w:bCs/>
        </w:rPr>
        <w:t xml:space="preserve">, and acute sensitivity to criticism.</w:t>
      </w:r>
      <w:r>
        <w:br/>
      </w:r>
      <w:r>
        <w:t xml:space="preserve">    (a) relating to a surface rather than to anything deep or penetrating</w:t>
      </w:r>
      <w:r>
        <w:br/>
      </w:r>
      <w:r>
        <w:t xml:space="preserve">    (b) related to the spreading of a disease to another part of the body</w:t>
      </w:r>
      <w:r>
        <w:br/>
      </w:r>
      <w:r>
        <w:t xml:space="preserve">    (c) impulsiveness (the trait of acting suddenly without much thought)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START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siege</w:t>
      </w:r>
      <w:r>
        <w:rPr>
          <w:b/>
          <w:bCs/>
        </w:rPr>
        <w:t xml:space="preserve"> </w:t>
      </w:r>
      <w:r>
        <w:rPr>
          <w:b/>
          <w:bCs/>
        </w:rPr>
        <w:t xml:space="preserve">there had been no American army.</w:t>
      </w:r>
      <w:r>
        <w:br/>
      </w:r>
      <w:r>
        <w:t xml:space="preserve">    (a) a military tactic in which a fortified place is surrounded and isolated while it is attacked over time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 prolonged attack, effort, or period of trouble</w:t>
      </w:r>
      <w:r>
        <w:br/>
      </w:r>
      <w:r>
        <w:t xml:space="preserve">    (b)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(c) a workplace where people do scientific or medical research, or produce drugs or chemicals (also used figuratively)  OR  (as an adjective) related to such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British still held Charlestown, which was largely in ruins, and Bunker Hill, which was their citadel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 </w:t>
      </w:r>
      <w:r>
        <w:rPr>
          <w:b/>
          <w:bCs/>
        </w:rPr>
        <w:t xml:space="preserve">advantage.</w:t>
      </w:r>
      <w:r>
        <w:br/>
      </w:r>
      <w:r>
        <w:t xml:space="preserve">    (a) the quality of disagreeing</w:t>
      </w:r>
      <w:r>
        <w:br/>
      </w:r>
      <w:r>
        <w:t xml:space="preserve">    (b) intimidating or impressive</w:t>
      </w:r>
      <w:r>
        <w:br/>
      </w:r>
      <w:r>
        <w:t xml:space="preserve">    (c) the quality of being Dutch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he had attended Congress in his splendid blue and buff uniform,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conspicuously</w:t>
      </w:r>
      <w:r>
        <w:rPr>
          <w:b/>
          <w:bCs/>
        </w:rPr>
        <w:t xml:space="preserve"> </w:t>
      </w:r>
      <w:r>
        <w:rPr>
          <w:b/>
          <w:bCs/>
        </w:rPr>
        <w:t xml:space="preserve">signaling a readiness to take command.</w:t>
      </w:r>
      <w:r>
        <w:br/>
      </w:r>
      <w:r>
        <w:t xml:space="preserve">    (a) of mental activity of which one is not aware, but which can influence feelings and behavior</w:t>
      </w:r>
      <w:r>
        <w:br/>
      </w:r>
      <w:r>
        <w:t xml:space="preserve">    (b) easily noticed -- typically attracting attention such as by being large, flashy, or unusual</w:t>
      </w:r>
      <w:r>
        <w:br/>
      </w:r>
      <w:r>
        <w:t xml:space="preserve">    (c) in a manner that explains or demonstrates an understanding of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townspeople had been given advance warning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 </w:t>
      </w:r>
      <w:r>
        <w:rPr>
          <w:b/>
          <w:bCs/>
        </w:rPr>
        <w:t xml:space="preserve">no one was killed, but the entire population was without homes on the eve of winter.</w:t>
      </w:r>
      <w:r>
        <w:br/>
      </w:r>
      <w:r>
        <w:t xml:space="preserve">    (a) even though -- used to connect contrasting ideas</w:t>
      </w:r>
      <w:r>
        <w:br/>
      </w:r>
      <w:r>
        <w:t xml:space="preserve">    (b) resultantly (as a result)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reply from Washington, written in Joseph Reed's hand, said, "We have made no discovery of any movement here of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."</w:t>
      </w:r>
      <w:r>
        <w:br/>
      </w:r>
      <w:r>
        <w:t xml:space="preserve">    (a) translates</w:t>
      </w:r>
      <w:r>
        <w:br/>
      </w:r>
      <w:r>
        <w:t xml:space="preserve">    (b) sticks out</w:t>
      </w:r>
      <w:r>
        <w:br/>
      </w:r>
      <w:r>
        <w:t xml:space="preserve">    (c) importance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found that very few, even among the oldest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, had ever seen a cannon.</w:t>
      </w:r>
      <w:r>
        <w:br/>
      </w:r>
      <w:r>
        <w:t xml:space="preserve">    (a) things designed to stops something else</w:t>
      </w:r>
      <w:r>
        <w:br/>
      </w:r>
      <w:r>
        <w:t xml:space="preserve">    (b) things accepted as true (without proof)</w:t>
      </w:r>
      <w:r>
        <w:br/>
      </w:r>
      <w:r>
        <w:t xml:space="preserve">    (c) people (who live in a particular place)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Harvard, in the spirit of the moment,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conferred</w:t>
      </w:r>
      <w:r>
        <w:rPr>
          <w:b/>
          <w:bCs/>
        </w:rPr>
        <w:t xml:space="preserve"> </w:t>
      </w:r>
      <w:r>
        <w:rPr>
          <w:b/>
          <w:bCs/>
        </w:rPr>
        <w:t xml:space="preserve">an honorary degree on the man who had had almost no formal schooling.</w:t>
      </w:r>
      <w:r>
        <w:br/>
      </w:r>
      <w:r>
        <w:t xml:space="preserve">    (a) gave</w:t>
      </w:r>
      <w:r>
        <w:br/>
      </w:r>
      <w:r>
        <w:t xml:space="preserve">    (b) having multiple areas of control or concentration</w:t>
      </w:r>
      <w:r>
        <w:br/>
      </w:r>
      <w:r>
        <w:t xml:space="preserve">    (c) left a place, job or position previously occupied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conferred</w:t>
      </w:r>
      <w:r>
        <w:rPr>
          <w:b/>
          <w:bCs/>
        </w:rPr>
        <w:t xml:space="preserve"> </w:t>
      </w:r>
      <w:r>
        <w:rPr>
          <w:b/>
          <w:bCs/>
        </w:rPr>
        <w:t xml:space="preserve">for several hours, going over the map of New Jersey and reviewing plans.</w:t>
      </w:r>
      <w:r>
        <w:br/>
      </w:r>
      <w:r>
        <w:t xml:space="preserve">    (a) having multiple areas of control or concentration</w:t>
      </w:r>
      <w:r>
        <w:br/>
      </w:r>
      <w:r>
        <w:t xml:space="preserve">    (b) talked</w:t>
      </w:r>
      <w:r>
        <w:br/>
      </w:r>
      <w:r>
        <w:t xml:space="preserve">    (c) left a place, job or position previously occupied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of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bastions</w:t>
      </w:r>
      <w:r>
        <w:rPr>
          <w:b/>
          <w:bCs/>
        </w:rPr>
        <w:t xml:space="preserve"> </w:t>
      </w:r>
      <w:r>
        <w:rPr>
          <w:b/>
          <w:bCs/>
        </w:rPr>
        <w:t xml:space="preserve">was to be surrounded with a broad ditch and all were to be connected by a line of entrenchments reaching a mile or more.</w:t>
      </w:r>
      <w:r>
        <w:br/>
      </w:r>
      <w:r>
        <w:t xml:space="preserve">    (a) defensive fortifications</w:t>
      </w:r>
      <w:r>
        <w:br/>
      </w:r>
      <w:r>
        <w:t xml:space="preserve">    (b) a noticeable red (or brown) discolorations of sea water caused by excessive growth of microscopic algae</w:t>
      </w:r>
      <w:r>
        <w:br/>
      </w:r>
      <w:r>
        <w:t xml:space="preserve">    (c) things that are not obvious, but noticeable by someone with adequate sensitivity and relevant knowledge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, false, and atrocious proclamation was never fabricated by the hands of man.</w:t>
      </w:r>
      <w:r>
        <w:br/>
      </w:r>
      <w:r>
        <w:t xml:space="preserve">    (a) improperly bold or disrespectful -- especially toward someone who is older or considered to be of higher status</w:t>
      </w:r>
      <w:r>
        <w:br/>
      </w:r>
      <w:r>
        <w:t xml:space="preserve">    (b) alternative medicine using extremely diluted doses of a substance to treat the same symptoms larger doses cause</w:t>
      </w:r>
      <w:r>
        <w:br/>
      </w:r>
      <w:r>
        <w:t xml:space="preserve">    (c) working against psychosis (any severe mental disorder in which contact with reality is lost or highly distorted)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words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</w:t>
      </w:r>
      <w:r>
        <w:rPr>
          <w:b/>
          <w:bCs/>
        </w:rPr>
        <w:t xml:space="preserve"> </w:t>
      </w:r>
      <w:r>
        <w:rPr>
          <w:b/>
          <w:bCs/>
        </w:rPr>
        <w:t xml:space="preserve">of the meeting: "It was submitted to the consideration of the council whether, under all circumstances, it would not be eligible to leave Long Island and its dependencies [fortifications] and remove the army to New York."</w:t>
      </w:r>
      <w:r>
        <w:br/>
      </w:r>
      <w:r>
        <w:t xml:space="preserve">    (a) things not easily set on fire</w:t>
      </w:r>
      <w:r>
        <w:br/>
      </w:r>
      <w:r>
        <w:t xml:space="preserve">    (b) results or predictable values</w:t>
      </w:r>
      <w:r>
        <w:br/>
      </w:r>
      <w:r>
        <w:t xml:space="preserve">    (c) formal notes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Indeed, in a letter to Congress written that same day, Washington portrayed much of the army as plainly "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."</w:t>
      </w:r>
      <w:r>
        <w:br/>
      </w:r>
      <w:r>
        <w:t xml:space="preserve">    (a) deserving no respect (worthless or of bad quality)</w:t>
      </w:r>
      <w:r>
        <w:br/>
      </w:r>
      <w:r>
        <w:t xml:space="preserve">    (b) the quality or degree of not being straightforward</w:t>
      </w:r>
      <w:r>
        <w:br/>
      </w:r>
      <w:r>
        <w:t xml:space="preserve">    (c) aka analytic -- relating to a theory of psychiatry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2026-07-31T19:25:38Z</dcterms:created>
  <dcterms:modified xsi:type="dcterms:W3CDTF">2026-07-31T19:25:38Z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